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3D4" w:rsidRDefault="007020DF">
      <w:pPr>
        <w:pStyle w:val="Tytu"/>
      </w:pPr>
      <w:bookmarkStart w:id="0" w:name="_GoBack"/>
      <w:bookmarkEnd w:id="0"/>
      <w:r>
        <w:t>FORMULARZ OFERTY PARTNERA</w:t>
      </w:r>
    </w:p>
    <w:p w:rsidR="008543D4" w:rsidRDefault="007020DF">
      <w:r>
        <w:t>do projektu planowanego do realizacji przez Gminę Czarnia</w:t>
      </w:r>
      <w:r>
        <w:br/>
        <w:t>w ramach programu Fundusze Europejskie dla Mazowsza 2021–2027</w:t>
      </w:r>
      <w:r>
        <w:br/>
        <w:t>Działanie 5.7 „Kultura i turystyka”</w:t>
      </w:r>
      <w:r>
        <w:br/>
        <w:t xml:space="preserve">Typ projektu: Rozwój infrastruktury do prowadzenia działalności </w:t>
      </w:r>
      <w:r>
        <w:t>kulturalnej</w:t>
      </w:r>
      <w:r>
        <w:br/>
        <w:t>Nr naboru: FEMA.05.07-IP.01-086/26</w:t>
      </w:r>
      <w:r>
        <w:br/>
      </w:r>
    </w:p>
    <w:p w:rsidR="008543D4" w:rsidRDefault="007020DF">
      <w:pPr>
        <w:pStyle w:val="Nagwek1"/>
      </w:pPr>
      <w:r>
        <w:t>I. DANE IDENTYFIKACYJNE PODMIOTU</w:t>
      </w:r>
    </w:p>
    <w:p w:rsidR="008543D4" w:rsidRDefault="007020DF">
      <w:r>
        <w:t>1. Pełna nazwa podmiotu</w:t>
      </w:r>
      <w:r>
        <w:br/>
        <w:t>....................................................................................</w:t>
      </w:r>
    </w:p>
    <w:p w:rsidR="008543D4" w:rsidRDefault="007020DF">
      <w:r>
        <w:t>2. Forma prawna</w:t>
      </w:r>
      <w:r>
        <w:br/>
        <w:t>..................................................</w:t>
      </w:r>
      <w:r>
        <w:t>..................................</w:t>
      </w:r>
    </w:p>
    <w:p w:rsidR="008543D4" w:rsidRDefault="007020DF">
      <w:r>
        <w:t>3. Adres siedziby</w:t>
      </w:r>
      <w:r>
        <w:br/>
        <w:t>....................................................................................</w:t>
      </w:r>
    </w:p>
    <w:p w:rsidR="008543D4" w:rsidRDefault="007020DF">
      <w:r>
        <w:t>4. NIP</w:t>
      </w:r>
      <w:r>
        <w:br/>
        <w:t>....................................................................................</w:t>
      </w:r>
    </w:p>
    <w:p w:rsidR="008543D4" w:rsidRDefault="007020DF">
      <w:r>
        <w:t>5. REGON</w:t>
      </w:r>
      <w:r>
        <w:br/>
        <w:t>.................</w:t>
      </w:r>
      <w:r>
        <w:t>...................................................................</w:t>
      </w:r>
    </w:p>
    <w:p w:rsidR="008543D4" w:rsidRDefault="007020DF">
      <w:r>
        <w:t>6. KRS / inny rejestr</w:t>
      </w:r>
      <w:r>
        <w:br/>
        <w:t>....................................................................................</w:t>
      </w:r>
    </w:p>
    <w:p w:rsidR="008543D4" w:rsidRDefault="007020DF">
      <w:r>
        <w:t>7. Data wpisu do rejestru</w:t>
      </w:r>
      <w:r>
        <w:br/>
        <w:t>.......................................................</w:t>
      </w:r>
      <w:r>
        <w:t>.............................</w:t>
      </w:r>
    </w:p>
    <w:p w:rsidR="008543D4" w:rsidRDefault="007020DF">
      <w:r>
        <w:t>8. Osoby uprawnione do reprezentacji</w:t>
      </w:r>
      <w:r>
        <w:br/>
        <w:t>....................................................................................</w:t>
      </w:r>
    </w:p>
    <w:p w:rsidR="008543D4" w:rsidRDefault="007020DF">
      <w:r>
        <w:t>9. Osoba do kontaktu (imię, nazwisko, telefon, e-mail)</w:t>
      </w:r>
      <w:r>
        <w:br/>
        <w:t>.................................................</w:t>
      </w:r>
      <w:r>
        <w:t>...................................</w:t>
      </w:r>
    </w:p>
    <w:p w:rsidR="008543D4" w:rsidRDefault="007020DF">
      <w:pPr>
        <w:pStyle w:val="Nagwek1"/>
      </w:pPr>
      <w:r>
        <w:t>II. OPIS DZIAŁALNOŚCI PODMIOTU</w:t>
      </w:r>
    </w:p>
    <w:p w:rsidR="008543D4" w:rsidRDefault="007020DF">
      <w:r>
        <w:t>Opis działalności zgodnej z zakresem projektu</w:t>
      </w:r>
      <w:r>
        <w:br/>
        <w:t>....................................................................................</w:t>
      </w:r>
    </w:p>
    <w:p w:rsidR="008543D4" w:rsidRDefault="007020DF">
      <w:pPr>
        <w:pStyle w:val="Nagwek1"/>
      </w:pPr>
      <w:r>
        <w:lastRenderedPageBreak/>
        <w:t>III. DOŚWIADCZENIE W REALIZACJI PROJEKTÓW</w:t>
      </w:r>
    </w:p>
    <w:p w:rsidR="008543D4" w:rsidRDefault="007020DF">
      <w:r>
        <w:t>Proszę wskazać z</w:t>
      </w:r>
      <w:r>
        <w:t>realizowane projekty (w tym współfinansowane ze środków UE):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8543D4">
        <w:tc>
          <w:tcPr>
            <w:tcW w:w="2160" w:type="dxa"/>
          </w:tcPr>
          <w:p w:rsidR="008543D4" w:rsidRDefault="007020DF">
            <w:r>
              <w:t>Nazwa projektu</w:t>
            </w:r>
          </w:p>
        </w:tc>
        <w:tc>
          <w:tcPr>
            <w:tcW w:w="2160" w:type="dxa"/>
          </w:tcPr>
          <w:p w:rsidR="008543D4" w:rsidRDefault="007020DF">
            <w:r>
              <w:t>Okres realizacji</w:t>
            </w:r>
          </w:p>
        </w:tc>
        <w:tc>
          <w:tcPr>
            <w:tcW w:w="2160" w:type="dxa"/>
          </w:tcPr>
          <w:p w:rsidR="008543D4" w:rsidRDefault="007020DF">
            <w:r>
              <w:t>Wartość projektu</w:t>
            </w:r>
          </w:p>
        </w:tc>
        <w:tc>
          <w:tcPr>
            <w:tcW w:w="2160" w:type="dxa"/>
          </w:tcPr>
          <w:p w:rsidR="008543D4" w:rsidRDefault="007020DF">
            <w:r>
              <w:t>Rola podmiotu</w:t>
            </w:r>
          </w:p>
        </w:tc>
      </w:tr>
      <w:tr w:rsidR="008543D4"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</w:tr>
      <w:tr w:rsidR="008543D4"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</w:tr>
      <w:tr w:rsidR="008543D4"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  <w:tc>
          <w:tcPr>
            <w:tcW w:w="2160" w:type="dxa"/>
          </w:tcPr>
          <w:p w:rsidR="008543D4" w:rsidRDefault="008543D4"/>
        </w:tc>
      </w:tr>
    </w:tbl>
    <w:p w:rsidR="008543D4" w:rsidRDefault="007020DF">
      <w:pPr>
        <w:pStyle w:val="Nagwek1"/>
      </w:pPr>
      <w:r>
        <w:t>IV. POTENCJAŁ KADROWY, TECHNICZNY I ORGANIZACYJNY</w:t>
      </w:r>
    </w:p>
    <w:p w:rsidR="008543D4" w:rsidRDefault="007020DF">
      <w:r>
        <w:t>Opis potencjału</w:t>
      </w:r>
      <w:r>
        <w:br/>
      </w:r>
      <w:r>
        <w:t>....................................................................................</w:t>
      </w:r>
    </w:p>
    <w:p w:rsidR="008543D4" w:rsidRDefault="007020DF">
      <w:pPr>
        <w:pStyle w:val="Nagwek1"/>
      </w:pPr>
      <w:r>
        <w:t>V. PROPOZYCJA ZAKRESU ZADAŃ W PROJEKCIE</w:t>
      </w:r>
    </w:p>
    <w:p w:rsidR="008543D4" w:rsidRDefault="007020DF">
      <w:r>
        <w:t>Zakres zadań partnera</w:t>
      </w:r>
      <w:r>
        <w:br/>
        <w:t>....................................................................................</w:t>
      </w:r>
    </w:p>
    <w:p w:rsidR="008543D4" w:rsidRDefault="007020DF">
      <w:pPr>
        <w:pStyle w:val="Nagwek1"/>
      </w:pPr>
      <w:r>
        <w:t>VI. WKŁAD PARTNERA W REA</w:t>
      </w:r>
      <w:r>
        <w:t>LIZACJĘ PROJEKTU</w:t>
      </w:r>
    </w:p>
    <w:p w:rsidR="008543D4" w:rsidRDefault="007020DF">
      <w:r>
        <w:t>Wkład finansowy / rzeczowy / osobowy</w:t>
      </w:r>
      <w:r>
        <w:br/>
        <w:t>....................................................................................</w:t>
      </w:r>
    </w:p>
    <w:p w:rsidR="008543D4" w:rsidRDefault="007020DF">
      <w:pPr>
        <w:pStyle w:val="Nagwek1"/>
      </w:pPr>
      <w:r>
        <w:t>VII. OŚWIADCZENIA</w:t>
      </w:r>
    </w:p>
    <w:p w:rsidR="008543D4" w:rsidRDefault="007020DF">
      <w:r>
        <w:t>Ja niżej podpisany/a oświadczam, że:</w:t>
      </w:r>
      <w:r>
        <w:br/>
        <w:t>1. Zapoznałem/am się z ogłoszeniem o naborze partnera.</w:t>
      </w:r>
      <w:r>
        <w:br/>
        <w:t>2. Speł</w:t>
      </w:r>
      <w:r>
        <w:t>niam warunki określone w art. 39 ustawy wdrożeniowej.</w:t>
      </w:r>
      <w:r>
        <w:br/>
        <w:t>3. Podmiot nie podlega wykluczeniu z ubiegania się o dofinansowanie.</w:t>
      </w:r>
      <w:r>
        <w:br/>
        <w:t>4. Dane zawarte w formularzu są prawdziwe.</w:t>
      </w:r>
      <w:r>
        <w:br/>
        <w:t>5. Deklaruję udział w przygotowaniu i realizacji projektu.</w:t>
      </w:r>
    </w:p>
    <w:p w:rsidR="008543D4" w:rsidRDefault="007020DF">
      <w:pPr>
        <w:pStyle w:val="Nagwek1"/>
      </w:pPr>
      <w:r>
        <w:t>VIII. ZAŁĄCZNIKI</w:t>
      </w:r>
    </w:p>
    <w:p w:rsidR="008543D4" w:rsidRDefault="007020DF">
      <w:r>
        <w:t>1. Aktualny od</w:t>
      </w:r>
      <w:r>
        <w:t>pis z rejestru</w:t>
      </w:r>
      <w:r>
        <w:br/>
        <w:t>2. Statut (jeśli dotyczy)</w:t>
      </w:r>
      <w:r>
        <w:br/>
        <w:t>3. Dokumenty potwierdzające doświadczenie</w:t>
      </w:r>
      <w:r>
        <w:br/>
        <w:t>4. Pełnomocnictwo (jeśli dotyczy)</w:t>
      </w:r>
    </w:p>
    <w:p w:rsidR="008543D4" w:rsidRDefault="007020DF">
      <w:pPr>
        <w:pStyle w:val="Nagwek1"/>
      </w:pPr>
      <w:r>
        <w:lastRenderedPageBreak/>
        <w:t>IX. PODPIS</w:t>
      </w:r>
    </w:p>
    <w:p w:rsidR="008543D4" w:rsidRDefault="007020DF">
      <w:r>
        <w:t>Miejscowość i data</w:t>
      </w:r>
      <w:r>
        <w:br/>
        <w:t>....................................................................................</w:t>
      </w:r>
    </w:p>
    <w:p w:rsidR="008543D4" w:rsidRDefault="007020DF">
      <w:r>
        <w:t>Podpis osoby uprawnionej</w:t>
      </w:r>
      <w:r>
        <w:br/>
        <w:t>....................................................................................</w:t>
      </w:r>
    </w:p>
    <w:p w:rsidR="008543D4" w:rsidRDefault="007020DF">
      <w:pPr>
        <w:pStyle w:val="Nagwek1"/>
      </w:pPr>
      <w:r>
        <w:t>X. KLAUZULA INFORMACYJNA RODO</w:t>
      </w:r>
    </w:p>
    <w:p w:rsidR="008543D4" w:rsidRDefault="007020DF">
      <w:r>
        <w:t>Zgodnie z art. 13 Rozporządzenia Parlamentu Europejskiego i Rady (UE) 2016/679 (RODO) informujemy, że:</w:t>
      </w:r>
      <w:r>
        <w:br/>
        <w:t>1. Administratorem danych osobowych j</w:t>
      </w:r>
      <w:r>
        <w:t>est Gmina Czarnia.</w:t>
      </w:r>
      <w:r>
        <w:br/>
        <w:t>2. Dane osobowe będą przetwarzane w celu przeprowadzenia naboru partnera.</w:t>
      </w:r>
      <w:r>
        <w:br/>
        <w:t>3. Podanie danych jest dobrowolne, ale niezbędne do udziału w naborze.</w:t>
      </w:r>
      <w:r>
        <w:br/>
        <w:t xml:space="preserve">4. Osobie przysługuje prawo dostępu do danych, ich sprostowania, ograniczenia przetwarzania </w:t>
      </w:r>
      <w:r>
        <w:t>oraz wniesienia skargi do Prezesa UODO.</w:t>
      </w:r>
      <w:r>
        <w:br/>
        <w:t>5. Dane nie będą przekazywane do państw trzecich.</w:t>
      </w:r>
    </w:p>
    <w:p w:rsidR="008543D4" w:rsidRDefault="007020DF">
      <w:pPr>
        <w:pStyle w:val="Nagwek1"/>
      </w:pPr>
      <w:r>
        <w:t>XI. OŚWIADCZENIE O BRAKU KONFLIKTU INTERESÓW</w:t>
      </w:r>
    </w:p>
    <w:p w:rsidR="008543D4" w:rsidRDefault="007020DF">
      <w:r>
        <w:t>Ja niżej podpisany/a oświadczam, że:</w:t>
      </w:r>
      <w:r>
        <w:br/>
        <w:t>1. Nie zachodzą powiązania osobowe ani kapitałowe pomiędzy podmiotem składającym ofe</w:t>
      </w:r>
      <w:r>
        <w:t>rtę a Gminą Czarnia.</w:t>
      </w:r>
      <w:r>
        <w:br/>
        <w:t>2. Nie istnieją okoliczności mogące budzić wątpliwości co do bezstronności w wyborze partnera.</w:t>
      </w:r>
      <w:r>
        <w:br/>
        <w:t>3. Zobowiązuję się do niezwłocznego poinformowania o ewentualnym konflikcie interesów.</w:t>
      </w:r>
    </w:p>
    <w:sectPr w:rsidR="008543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020DF"/>
    <w:rsid w:val="008543D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C832E4A-E311-4632-AFEB-586056BF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2B48AB-9424-41AB-82C3-05E6F7D61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3195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Windows User</cp:lastModifiedBy>
  <cp:revision>2</cp:revision>
  <dcterms:created xsi:type="dcterms:W3CDTF">2026-04-02T18:26:00Z</dcterms:created>
  <dcterms:modified xsi:type="dcterms:W3CDTF">2026-04-02T18:26:00Z</dcterms:modified>
  <cp:category/>
</cp:coreProperties>
</file>